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בעברית (התאמה מהירה)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של מילים הפוכות במשמעותן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של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מהירות וריכוז בזיהוי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ההפך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זול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ההפך של גבוה הוא נמוך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שתי מילים הפוכות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אלו שתי מילים הפוכות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ההפך של לילה הוא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אלו שתי מילים הפוכות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ההפך של קרוב הוא רחוק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מילה להפך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(איטי)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(זול)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(חלש)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זוג מילים שהן הפכים אמיתיים, למשל: גבוה-נמוך, מלא-ריק, ישר-עקום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עוזר להבין משמעות מדויקת של מילים ולהרחיב אוצר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במשחק מהיר יש לחץ זמן, בתרגול אין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⚡ התאמה מהירה בכיתה אחרי מילוי הדף ולהשוות תוצאות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להמציא בעצמם זוגות הפכים נוספים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בעברית (התאמה מהירה)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⚡ התאמה מהירה מתרגלים זיווג של מילים הפוכות תחת לחץ זמן. בדף הזה נתרגל את אותם הפכים בלי שעון, כדי לחזק את ההבנה.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ההפך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ההפך של המילה "גדול"?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ההפך של המילה "חם"?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ההפך של המילה "מהיר"?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ההפך של המילה "שמח"?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ההפך של המילה "פתוח"?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ההפך של המילה "יקר"?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"גבוה" הוא "רחב"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"ישן" הוא "חדש"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"חזק" הוא "חלש"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"לילה" הוא "בוקר"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"נקי" הוא "מלוכלך"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"קרוב" הוא "גדול"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של "ארוך"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של "עני"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של "קל"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של "צעיר"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של "רטוב"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ההפך של "עצוב"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 מילה להפך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חלש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חזק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איטי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זוגות נוספים של הפכים שלא הופיעו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חשוב ללמוד הפכים בשפה?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הפך אחד למילה "גדול"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הפך אחד למילה "שמח"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משחק מהיר לתרגול רגיל?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הפכים בעברית (התאמה מהירה)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