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 (התאמה מהירה)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הפוכות במשמעותן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של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מהירות וריכוז בזיהוי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זול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ההפך של גבוה הוא נמוך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שתי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שתי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לילה הוא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אלו שתי מילים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ההפך של קרוב הוא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(איטי)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(חלש)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זוג מילים שהן הפכים אמיתיים, למשל: גבוה-נמוך, מלא-ריק, ישר-עקום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להבין משמעות מדויקת של מילים ולהרחיב אוצר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מהיר יש לחץ זמן, בתרגול אין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⚡ התאמה מהירה בכיתה אחרי מילוי הדף ולהשוות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להמציא בעצמם זוגות הפכים נוספים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משחקי קלפים בעברית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הפכים בעברית (התאמה מהירה)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שבו מתאימים מילים הפוכות מהר מאוד. בדף הזה נתרגל את אותן מילים בלי למהר.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עם משמעות נגדית,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שני דברים ששייכים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זוג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שמתחברות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הפירוש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מוגבל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כמה שניות לענות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 בלי טעויות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מושג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או מילה שמבטאת דבר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הפוך מ-גדול?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הפוך מ-חם?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הפוך מ-מהיר?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הפוך מ-שמח?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הפוך מ-פתוח?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הפוך מ-יקר?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"גבוה" הוא "רחב"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"ישן" הוא "חדש"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"חזק" הוא "חלש"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"לילה" הוא "בוקר"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"נקי" הוא "מלוכלך"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"קרוב" הוא "גדול"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"ארוך"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"עני"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"קל"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"צעיר"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"רטוב"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"עצוב"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נוספים של הפכים שלא הופיעו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ללמוד הפכים בשפה?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"גדול"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"שמח"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משחק מהיר לתרגול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הפכים בעברית (התאמה מהירה)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