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בעברית (התאמה מהירה)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הפוכות במשמעותן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של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מהירות וריכוז בזיהוי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ההפך של גבוה הוא נמוך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שתי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ההפך של לילה הוא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עוזר להבין משמעות מדויקת של מילים ולהרחיב אוצר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במשחק מהיר יש לחץ זמן, בתרגול אין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⚡ התאמה מהירה בכיתה אחרי מילוי הדף ולהשוות 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להמציא בעצמם זוגות הפכים נוספים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בעברית (התאמה מהירה)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⚡ התאמה מהירה מתרגלים זיווג של מילים הפוכות תחת לחץ זמן. בדף הזה נתרגל את אותם הפכים בלי שעון, כדי לחזק את ההבנה.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זקן  ·  קשה  ·  קצר  ·  עשיר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ההפך של המילה 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ההפך של המילה "חם"?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ההפך של המילה "שמח"?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רעב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של "גבוה" הוא "רחב"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של "ישן" הוא "חדש"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של "לילה" הוא "בוקר"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של "ארוך"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ההפך של "עני"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ההפך של "קל"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ההפך של "צעיר"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לדעתכם חשוב ללמוד הפכים בשפה?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הפך אחד למילה "גדול"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הפך אחד למילה "שמח"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בעברית (התאמה מהירה)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